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ageBreakBefore w:val="0"/>
        <w:spacing w:line="20" w:lineRule="exact" w:after="0" w:before="0"/>
      </w:pPr>
      <w:r>
        <w:drawing>
          <wp:anchor distT="0" distB="0" distL="0" distR="0" simplePos="0" relativeHeight="0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850" cy="10696575"/>
            <wp:wrapNone/>
            <wp:docPr id="1" name="Picture 1" descr="Original award application form, page 1"/>
            <wp:cNvGraphicFramePr xmlns:a="http://schemas.openxmlformats.org/drawingml/2006/main">
              <a:graphicFrameLocks noChangeAspect="1"/>
            </wp:cNvGraphicFramePr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965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ageBreakBefore/>
        <w:spacing w:line="20" w:lineRule="exact" w:after="0" w:before="0"/>
      </w:pPr>
      <w:r>
        <w:drawing>
          <wp:anchor distT="0" distB="0" distL="0" distR="0" simplePos="0" relativeHeight="0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850" cy="10696575"/>
            <wp:wrapNone/>
            <wp:docPr id="2" name="Picture 2" descr="Original award application form, page 2"/>
            <wp:cNvGraphicFramePr xmlns:a="http://schemas.openxmlformats.org/drawingml/2006/main">
              <a:graphicFrameLocks noChangeAspect="1"/>
            </wp:cNvGraphicFramePr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965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ageBreakBefore/>
        <w:spacing w:line="20" w:lineRule="exact" w:after="0" w:before="0"/>
      </w:pPr>
      <w:r>
        <w:drawing>
          <wp:anchor distT="0" distB="0" distL="0" distR="0" simplePos="0" relativeHeight="0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850" cy="10696575"/>
            <wp:wrapNone/>
            <wp:docPr id="3" name="Picture 3" descr="Original award application form, page 3"/>
            <wp:cNvGraphicFramePr xmlns:a="http://schemas.openxmlformats.org/drawingml/2006/main">
              <a:graphicFrameLocks noChangeAspect="1"/>
            </wp:cNvGraphicFramePr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965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ageBreakBefore/>
        <w:spacing w:line="20" w:lineRule="exact" w:after="0" w:before="0"/>
      </w:pPr>
      <w:r>
        <w:drawing>
          <wp:anchor distT="0" distB="0" distL="0" distR="0" simplePos="0" relativeHeight="0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850" cy="10696575"/>
            <wp:wrapNone/>
            <wp:docPr id="4" name="Picture 4" descr="Original award application form, page 4"/>
            <wp:cNvGraphicFramePr xmlns:a="http://schemas.openxmlformats.org/drawingml/2006/main">
              <a:graphicFrameLocks noChangeAspect="1"/>
            </wp:cNvGraphicFramePr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965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ageBreakBefore/>
        <w:spacing w:line="20" w:lineRule="exact" w:after="0" w:before="0"/>
      </w:pPr>
      <w:r>
        <w:drawing>
          <wp:anchor distT="0" distB="0" distL="0" distR="0" simplePos="0" relativeHeight="0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850" cy="10696575"/>
            <wp:wrapNone/>
            <wp:docPr id="5" name="Picture 5" descr="Original award application form, page 5"/>
            <wp:cNvGraphicFramePr xmlns:a="http://schemas.openxmlformats.org/drawingml/2006/main">
              <a:graphicFrameLocks noChangeAspect="1"/>
            </wp:cNvGraphicFramePr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96575"/>
                    </a:xfrm>
                    <a:prstGeom prst="rect"/>
                  </pic:spPr>
                </pic:pic>
              </a:graphicData>
            </a:graphic>
          </wp:anchor>
        </w:drawing>
      </w:r>
      <w:r>
        <w:pict>
          <v:rect id="Answer1" alt="Title (Mr, Mrs, Ms, Dr, Prof, etc.)" style="position:absolute;margin-left:48pt;margin-top:149.06pt;width:499pt;height:16.31pt;z-index:101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Title (Mr, Mrs, Ms, Dr, Prof, etc.)"/>
                      <w:id w:val="10001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2" alt="Surname" style="position:absolute;margin-left:48pt;margin-top:184.61pt;width:499pt;height:19.28pt;z-index:102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Surname"/>
                      <w:id w:val="10002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3" alt="Given Names" style="position:absolute;margin-left:48pt;margin-top:223.13pt;width:499pt;height:28.93pt;z-index:103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Given Names"/>
                      <w:id w:val="10003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4" alt="Organisation/ Business Name" style="position:absolute;margin-left:48pt;margin-top:271.29pt;width:499pt;height:29.18pt;z-index:104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Organisation/ Business Name"/>
                      <w:id w:val="10004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5" alt="Position Title" style="position:absolute;margin-left:48pt;margin-top:319.70pt;width:499pt;height:29.18pt;z-index:105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Position Title"/>
                      <w:id w:val="10005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6" alt="Postal Address" style="position:absolute;margin-left:48pt;margin-top:368.12pt;width:499pt;height:29.18pt;z-index:106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Postal Address"/>
                      <w:id w:val="10006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7" alt="Suburb/City/Postcode" style="position:absolute;margin-left:48pt;margin-top:416.54pt;width:499pt;height:19.15pt;z-index:107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Suburb/City/Postcode"/>
                      <w:id w:val="10007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8" alt="Email" style="position:absolute;margin-left:48pt;margin-top:454.93pt;width:499pt;height:19.28pt;z-index:108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Email"/>
                      <w:id w:val="10008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9" alt="Mobile" style="position:absolute;margin-left:48pt;margin-top:493.44pt;width:499pt;height:19.28pt;z-index:109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Mobile"/>
                      <w:id w:val="10009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10" alt="Other Phone" style="position:absolute;margin-left:48pt;margin-top:531.96pt;width:499pt;height:21.97pt;z-index:110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Other Phone"/>
                      <w:id w:val="10010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11" alt="Preference of Contact Home Phone / Mobile / Email" style="position:absolute;margin-left:48pt;margin-top:573.17pt;width:499pt;height:21.92pt;z-index:111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Preference of Contact Home Phone / Mobile / Email"/>
                      <w:id w:val="10011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</w:p>
    <w:p>
      <w:pPr>
        <w:pageBreakBefore/>
        <w:spacing w:line="20" w:lineRule="exact" w:after="0" w:before="0"/>
      </w:pPr>
      <w:r>
        <w:drawing>
          <wp:anchor distT="0" distB="0" distL="0" distR="0" simplePos="0" relativeHeight="0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850" cy="10696575"/>
            <wp:wrapNone/>
            <wp:docPr id="6" name="Picture 6" descr="Original award application form, page 6"/>
            <wp:cNvGraphicFramePr xmlns:a="http://schemas.openxmlformats.org/drawingml/2006/main">
              <a:graphicFrameLocks noChangeAspect="1"/>
            </wp:cNvGraphicFramePr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96575"/>
                    </a:xfrm>
                    <a:prstGeom prst="rect"/>
                  </pic:spPr>
                </pic:pic>
              </a:graphicData>
            </a:graphic>
          </wp:anchor>
        </w:drawing>
      </w:r>
      <w:r>
        <w:pict>
          <v:rect id="Answer12" alt="Title (Mr, Mrs, Ms, Dr, Prof, etc.)" style="position:absolute;margin-left:48pt;margin-top:149.06pt;width:499pt;height:16.31pt;z-index:112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Title (Mr, Mrs, Ms, Dr, Prof, etc.)"/>
                      <w:id w:val="10012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13" alt="Surname" style="position:absolute;margin-left:48pt;margin-top:184.61pt;width:499pt;height:19.28pt;z-index:113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Surname"/>
                      <w:id w:val="10013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14" alt="Given Names" style="position:absolute;margin-left:48pt;margin-top:223.13pt;width:499pt;height:28.93pt;z-index:114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Given Names"/>
                      <w:id w:val="10014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15" alt="Organisation/ Business Name" style="position:absolute;margin-left:48pt;margin-top:271.29pt;width:499pt;height:29.18pt;z-index:115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Organisation/ Business Name"/>
                      <w:id w:val="10015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16" alt="Position Title" style="position:absolute;margin-left:48pt;margin-top:319.70pt;width:499pt;height:29.18pt;z-index:116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Position Title"/>
                      <w:id w:val="10016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17" alt="Postal Address" style="position:absolute;margin-left:48pt;margin-top:368.12pt;width:499pt;height:29.18pt;z-index:117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Postal Address"/>
                      <w:id w:val="10017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18" alt="Suburb/City/Postcode" style="position:absolute;margin-left:48pt;margin-top:416.54pt;width:499pt;height:19.15pt;z-index:118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Suburb/City/Postcode"/>
                      <w:id w:val="10018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19" alt="Email" style="position:absolute;margin-left:48pt;margin-top:454.93pt;width:499pt;height:19.28pt;z-index:119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Email"/>
                      <w:id w:val="10019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20" alt="Mobile" style="position:absolute;margin-left:48pt;margin-top:493.44pt;width:499pt;height:19.28pt;z-index:120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Mobile"/>
                      <w:id w:val="10020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21" alt="Other Phone" style="position:absolute;margin-left:48pt;margin-top:531.96pt;width:499pt;height:21.97pt;z-index:121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Other Phone"/>
                      <w:id w:val="10021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  <w:r>
        <w:pict>
          <v:rect id="Answer22" alt="Preference of Contact Home Phone / Mobile / Email" style="position:absolute;margin-left:48pt;margin-top:573.17pt;width:499pt;height:21.92pt;z-index:122;mso-position-horizontal-relative:page;mso-position-vertical-relative:page;mso-wrap-style:none" filled="f" stroked="f" o:allowoverlap="t">
            <v:textbox inset="1pt,0pt,1pt,0pt">
              <w:txbxContent>
                <w:p>
                  <w:pPr>
                    <w:spacing w:before="0" w:after="0" w:line="240" w:lineRule="auto"/>
                  </w:pPr>
                  <w:sdt>
                    <w:sdtPr>
                      <w:alias w:val="Preference of Contact Home Phone / Mobile / Email"/>
                      <w:id w:val="10022"/>
                      <w:showingPlcHdr/>
                      <w:text w:multiLine="0"/>
                    </w:sdtPr>
                    <w:sdtContent>
                      <w:r>
                        <w:rPr>
                          <w:rFonts w:ascii="Times New Roman" w:hAnsi="Times New Roman"/>
                          <w:color w:val="000000"/>
                          <w:sz w:val="20"/>
                        </w:rPr>
                        <w:t>Type here</w:t>
                      </w:r>
                    </w:sdtContent>
                  </w:sdt>
                </w:p>
              </w:txbxContent>
            </v:textbox>
            <w10:wrap type="none"/>
          </v:rect>
        </w:pict>
      </w:r>
    </w:p>
    <w:p>
      <w:pPr>
        <w:pageBreakBefore/>
        <w:spacing w:line="20" w:lineRule="exact" w:after="0" w:before="0"/>
      </w:pPr>
      <w:r>
        <w:drawing>
          <wp:anchor distT="0" distB="0" distL="0" distR="0" simplePos="0" relativeHeight="0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850" cy="10696575"/>
            <wp:wrapNone/>
            <wp:docPr id="7" name="Picture 7" descr="Original award application form, page 7"/>
            <wp:cNvGraphicFramePr xmlns:a="http://schemas.openxmlformats.org/drawingml/2006/main">
              <a:graphicFrameLocks noChangeAspect="1"/>
            </wp:cNvGraphicFramePr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965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ageBreakBefore/>
        <w:spacing w:line="20" w:lineRule="exact" w:after="0" w:before="0"/>
      </w:pPr>
      <w:r>
        <w:drawing>
          <wp:anchor distT="0" distB="0" distL="0" distR="0" simplePos="0" relativeHeight="0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850" cy="10696575"/>
            <wp:wrapNone/>
            <wp:docPr id="8" name="Picture 8" descr="Original award application form, page 8"/>
            <wp:cNvGraphicFramePr xmlns:a="http://schemas.openxmlformats.org/drawingml/2006/main">
              <a:graphicFrameLocks noChangeAspect="1"/>
            </wp:cNvGraphicFramePr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9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 xmlns:a="http://schemas.openxmlformats.org/drawingml/2006/main">
          <mc:Choice Requires="wps">
            <w:drawing>
              <wp:anchor distT="0" distB="0" distL="0" distR="0" simplePos="0" relativeHeight="1001" behindDoc="0" locked="1" layoutInCell="1" allowOverlap="1">
                <wp:simplePos x="0" y="0"/>
                <wp:positionH relativeFrom="page">
                  <wp:posOffset>609600</wp:posOffset>
                </wp:positionH>
                <wp:positionV relativeFrom="page">
                  <wp:posOffset>2552700</wp:posOffset>
                </wp:positionV>
                <wp:extent cx="6337300" cy="1549400"/>
                <wp:wrapNone/>
                <wp:docPr id="1001" name="Response box 1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7300" cy="154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 w:after="0" w:line="240" w:lineRule="auto"/>
                            </w:pPr>
                            <w:sdt>
                              <w:sdtPr>
                                <w:alias w:val="Page 8 response 1"/>
                                <w:id w:val="10023"/>
                                <w:showingPlcHdr/>
                                <w:text w:multiLine="1"/>
                              </w:sdtPr>
                              <w:sdtContent>
                                <w:r>
                                  <w:rPr>
                                    <w:rFonts w:ascii="Times New Roman" w:hAnsi="Times New Roman"/>
                                    <w:color w:val="000000"/>
                                    <w:sz w:val="20"/>
                                  </w:rPr>
                                  <w:t>Type your response here</w:t>
                                </w:r>
                              </w:sdtContent>
                            </w:sdt>
                          </w:p>
                        </w:txbxContent>
                      </wps:txbx>
                      <wps:bodyPr wrap="square" lIns="12700" tIns="0" rIns="1270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Answer23" alt="Page 8 response 1" style="position:absolute;margin-left:48pt;margin-top:201.00pt;width:499pt;height:122.00pt;z-index:123;mso-position-horizontal-relative:page;mso-position-vertical-relative:page;mso-wrap-style:none" filled="f" stroked="f" o:allowoverlap="t">
                <v:textbox inset="1pt,0pt,1pt,0pt" style="mso-fit-shape-to-text:f">
                  <w:txbxContent>
                    <w:p>
                      <w:pPr>
                        <w:spacing w:before="0" w:after="0" w:line="240" w:lineRule="auto"/>
                      </w:pPr>
                      <w:sdt>
                        <w:sdtPr>
                          <w:alias w:val="Page 8 response 1"/>
                          <w:id w:val="10023"/>
                          <w:showingPlcHdr/>
                          <w:text w:multiLine="1"/>
                        </w:sdtPr>
                        <w:sdtContent>
                          <w:r>
                            <w:rPr>
                              <w:rFonts w:ascii="Times New Roman" w:hAnsi="Times New Roman"/>
                              <w:color w:val="000000"/>
                              <w:sz w:val="20"/>
                            </w:rPr>
                            <w:t>Type your response here</w:t>
                          </w:r>
                        </w:sdtContent>
                      </w:sdt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 xmlns:a="http://schemas.openxmlformats.org/drawingml/2006/main">
          <mc:Choice Requires="wps">
            <w:drawing>
              <wp:anchor distT="0" distB="0" distL="0" distR="0" simplePos="0" relativeHeight="1002" behindDoc="0" locked="1" layoutInCell="1" allowOverlap="1">
                <wp:simplePos x="0" y="0"/>
                <wp:positionH relativeFrom="page">
                  <wp:posOffset>609600</wp:posOffset>
                </wp:positionH>
                <wp:positionV relativeFrom="page">
                  <wp:posOffset>4368800</wp:posOffset>
                </wp:positionV>
                <wp:extent cx="6337300" cy="1841500"/>
                <wp:wrapNone/>
                <wp:docPr id="1002" name="Response box 2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7300" cy="184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 w:after="0" w:line="240" w:lineRule="auto"/>
                            </w:pPr>
                            <w:sdt>
                              <w:sdtPr>
                                <w:alias w:val="Page 8 response 2"/>
                                <w:id w:val="10024"/>
                                <w:showingPlcHdr/>
                                <w:text w:multiLine="1"/>
                              </w:sdtPr>
                              <w:sdtContent>
                                <w:r>
                                  <w:rPr>
                                    <w:rFonts w:ascii="Times New Roman" w:hAnsi="Times New Roman"/>
                                    <w:color w:val="000000"/>
                                    <w:sz w:val="20"/>
                                  </w:rPr>
                                  <w:t>Type your response here</w:t>
                                </w:r>
                              </w:sdtContent>
                            </w:sdt>
                          </w:p>
                        </w:txbxContent>
                      </wps:txbx>
                      <wps:bodyPr wrap="square" lIns="12700" tIns="0" rIns="1270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Answer24" alt="Page 8 response 2" style="position:absolute;margin-left:48pt;margin-top:344.00pt;width:499pt;height:145.00pt;z-index:124;mso-position-horizontal-relative:page;mso-position-vertical-relative:page;mso-wrap-style:none" filled="f" stroked="f" o:allowoverlap="t">
                <v:textbox inset="1pt,0pt,1pt,0pt" style="mso-fit-shape-to-text:f">
                  <w:txbxContent>
                    <w:p>
                      <w:pPr>
                        <w:spacing w:before="0" w:after="0" w:line="240" w:lineRule="auto"/>
                      </w:pPr>
                      <w:sdt>
                        <w:sdtPr>
                          <w:alias w:val="Page 8 response 2"/>
                          <w:id w:val="10024"/>
                          <w:showingPlcHdr/>
                          <w:text w:multiLine="1"/>
                        </w:sdtPr>
                        <w:sdtContent>
                          <w:r>
                            <w:rPr>
                              <w:rFonts w:ascii="Times New Roman" w:hAnsi="Times New Roman"/>
                              <w:color w:val="000000"/>
                              <w:sz w:val="20"/>
                            </w:rPr>
                            <w:t>Type your response here</w:t>
                          </w:r>
                        </w:sdtContent>
                      </w:sdt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 xmlns:a="http://schemas.openxmlformats.org/drawingml/2006/main">
          <mc:Choice Requires="wps">
            <w:drawing>
              <wp:anchor distT="0" distB="0" distL="0" distR="0" simplePos="0" relativeHeight="1003" behindDoc="0" locked="1" layoutInCell="1" allowOverlap="1">
                <wp:simplePos x="0" y="0"/>
                <wp:positionH relativeFrom="page">
                  <wp:posOffset>609600</wp:posOffset>
                </wp:positionH>
                <wp:positionV relativeFrom="page">
                  <wp:posOffset>6477000</wp:posOffset>
                </wp:positionV>
                <wp:extent cx="6337300" cy="3568700"/>
                <wp:wrapNone/>
                <wp:docPr id="1003" name="Response box 3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7300" cy="356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 w:after="0" w:line="240" w:lineRule="auto"/>
                            </w:pPr>
                            <w:sdt>
                              <w:sdtPr>
                                <w:alias w:val="Page 8 response 3"/>
                                <w:id w:val="10025"/>
                                <w:showingPlcHdr/>
                                <w:text w:multiLine="1"/>
                              </w:sdtPr>
                              <w:sdtContent>
                                <w:r>
                                  <w:rPr>
                                    <w:rFonts w:ascii="Times New Roman" w:hAnsi="Times New Roman"/>
                                    <w:color w:val="000000"/>
                                    <w:sz w:val="20"/>
                                  </w:rPr>
                                  <w:t>Type your response here</w:t>
                                </w:r>
                              </w:sdtContent>
                            </w:sdt>
                          </w:p>
                        </w:txbxContent>
                      </wps:txbx>
                      <wps:bodyPr wrap="square" lIns="12700" tIns="0" rIns="1270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Answer25" alt="Page 8 response 3" style="position:absolute;margin-left:48pt;margin-top:510.00pt;width:499pt;height:281.00pt;z-index:125;mso-position-horizontal-relative:page;mso-position-vertical-relative:page;mso-wrap-style:none" filled="f" stroked="f" o:allowoverlap="t">
                <v:textbox inset="1pt,0pt,1pt,0pt" style="mso-fit-shape-to-text:f">
                  <w:txbxContent>
                    <w:p>
                      <w:pPr>
                        <w:spacing w:before="0" w:after="0" w:line="240" w:lineRule="auto"/>
                      </w:pPr>
                      <w:sdt>
                        <w:sdtPr>
                          <w:alias w:val="Page 8 response 3"/>
                          <w:id w:val="10025"/>
                          <w:showingPlcHdr/>
                          <w:text w:multiLine="1"/>
                        </w:sdtPr>
                        <w:sdtContent>
                          <w:r>
                            <w:rPr>
                              <w:rFonts w:ascii="Times New Roman" w:hAnsi="Times New Roman"/>
                              <w:color w:val="000000"/>
                              <w:sz w:val="20"/>
                            </w:rPr>
                            <w:t>Type your response here</w:t>
                          </w:r>
                        </w:sdtContent>
                      </w:sdt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ageBreakBefore/>
        <w:spacing w:line="20" w:lineRule="exact" w:after="0" w:before="0"/>
      </w:pPr>
      <w:r>
        <w:drawing>
          <wp:anchor distT="0" distB="0" distL="0" distR="0" simplePos="0" relativeHeight="0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850" cy="10696575"/>
            <wp:wrapNone/>
            <wp:docPr id="9" name="Picture 9" descr="Original award application form, page 9"/>
            <wp:cNvGraphicFramePr xmlns:a="http://schemas.openxmlformats.org/drawingml/2006/main">
              <a:graphicFrameLocks noChangeAspect="1"/>
            </wp:cNvGraphicFramePr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9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 xmlns:a="http://schemas.openxmlformats.org/drawingml/2006/main">
          <mc:Choice Requires="wps">
            <w:drawing>
              <wp:anchor distT="0" distB="0" distL="0" distR="0" simplePos="0" relativeHeight="1004" behindDoc="0" locked="1" layoutInCell="1" allowOverlap="1">
                <wp:simplePos x="0" y="0"/>
                <wp:positionH relativeFrom="page">
                  <wp:posOffset>609600</wp:posOffset>
                </wp:positionH>
                <wp:positionV relativeFrom="page">
                  <wp:posOffset>2451100</wp:posOffset>
                </wp:positionV>
                <wp:extent cx="6337300" cy="1638300"/>
                <wp:wrapNone/>
                <wp:docPr id="1004" name="Response box 4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7300" cy="1638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 w:after="0" w:line="240" w:lineRule="auto"/>
                            </w:pPr>
                            <w:sdt>
                              <w:sdtPr>
                                <w:alias w:val="Page 9 response 1"/>
                                <w:id w:val="10026"/>
                                <w:showingPlcHdr/>
                                <w:text w:multiLine="1"/>
                              </w:sdtPr>
                              <w:sdtContent>
                                <w:r>
                                  <w:rPr>
                                    <w:rFonts w:ascii="Times New Roman" w:hAnsi="Times New Roman"/>
                                    <w:color w:val="000000"/>
                                    <w:sz w:val="20"/>
                                  </w:rPr>
                                  <w:t>Type your response here</w:t>
                                </w:r>
                              </w:sdtContent>
                            </w:sdt>
                          </w:p>
                        </w:txbxContent>
                      </wps:txbx>
                      <wps:bodyPr wrap="square" lIns="12700" tIns="0" rIns="1270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Answer26" alt="Page 9 response 1" style="position:absolute;margin-left:48pt;margin-top:193.00pt;width:499pt;height:129.00pt;z-index:126;mso-position-horizontal-relative:page;mso-position-vertical-relative:page;mso-wrap-style:none" filled="f" stroked="f" o:allowoverlap="t">
                <v:textbox inset="1pt,0pt,1pt,0pt" style="mso-fit-shape-to-text:f">
                  <w:txbxContent>
                    <w:p>
                      <w:pPr>
                        <w:spacing w:before="0" w:after="0" w:line="240" w:lineRule="auto"/>
                      </w:pPr>
                      <w:sdt>
                        <w:sdtPr>
                          <w:alias w:val="Page 9 response 1"/>
                          <w:id w:val="10026"/>
                          <w:showingPlcHdr/>
                          <w:text w:multiLine="1"/>
                        </w:sdtPr>
                        <w:sdtContent>
                          <w:r>
                            <w:rPr>
                              <w:rFonts w:ascii="Times New Roman" w:hAnsi="Times New Roman"/>
                              <w:color w:val="000000"/>
                              <w:sz w:val="20"/>
                            </w:rPr>
                            <w:t>Type your response here</w:t>
                          </w:r>
                        </w:sdtContent>
                      </w:sdt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 xmlns:a="http://schemas.openxmlformats.org/drawingml/2006/main">
          <mc:Choice Requires="wps">
            <w:drawing>
              <wp:anchor distT="0" distB="0" distL="0" distR="0" simplePos="0" relativeHeight="1005" behindDoc="0" locked="1" layoutInCell="1" allowOverlap="1">
                <wp:simplePos x="0" y="0"/>
                <wp:positionH relativeFrom="page">
                  <wp:posOffset>609600</wp:posOffset>
                </wp:positionH>
                <wp:positionV relativeFrom="page">
                  <wp:posOffset>4368800</wp:posOffset>
                </wp:positionV>
                <wp:extent cx="6337300" cy="1562100"/>
                <wp:wrapNone/>
                <wp:docPr id="1005" name="Response box 5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7300" cy="1562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 w:after="0" w:line="240" w:lineRule="auto"/>
                            </w:pPr>
                            <w:sdt>
                              <w:sdtPr>
                                <w:alias w:val="Page 9 response 2"/>
                                <w:id w:val="10027"/>
                                <w:showingPlcHdr/>
                                <w:text w:multiLine="1"/>
                              </w:sdtPr>
                              <w:sdtContent>
                                <w:r>
                                  <w:rPr>
                                    <w:rFonts w:ascii="Times New Roman" w:hAnsi="Times New Roman"/>
                                    <w:color w:val="000000"/>
                                    <w:sz w:val="20"/>
                                  </w:rPr>
                                  <w:t>Type your response here</w:t>
                                </w:r>
                              </w:sdtContent>
                            </w:sdt>
                          </w:p>
                        </w:txbxContent>
                      </wps:txbx>
                      <wps:bodyPr wrap="square" lIns="12700" tIns="0" rIns="1270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Answer27" alt="Page 9 response 2" style="position:absolute;margin-left:48pt;margin-top:344.00pt;width:499pt;height:123.00pt;z-index:127;mso-position-horizontal-relative:page;mso-position-vertical-relative:page;mso-wrap-style:none" filled="f" stroked="f" o:allowoverlap="t">
                <v:textbox inset="1pt,0pt,1pt,0pt" style="mso-fit-shape-to-text:f">
                  <w:txbxContent>
                    <w:p>
                      <w:pPr>
                        <w:spacing w:before="0" w:after="0" w:line="240" w:lineRule="auto"/>
                      </w:pPr>
                      <w:sdt>
                        <w:sdtPr>
                          <w:alias w:val="Page 9 response 2"/>
                          <w:id w:val="10027"/>
                          <w:showingPlcHdr/>
                          <w:text w:multiLine="1"/>
                        </w:sdtPr>
                        <w:sdtContent>
                          <w:r>
                            <w:rPr>
                              <w:rFonts w:ascii="Times New Roman" w:hAnsi="Times New Roman"/>
                              <w:color w:val="000000"/>
                              <w:sz w:val="20"/>
                            </w:rPr>
                            <w:t>Type your response here</w:t>
                          </w:r>
                        </w:sdtContent>
                      </w:sdt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 xmlns:a="http://schemas.openxmlformats.org/drawingml/2006/main">
          <mc:Choice Requires="wps">
            <w:drawing>
              <wp:anchor distT="0" distB="0" distL="0" distR="0" simplePos="0" relativeHeight="1006" behindDoc="0" locked="1" layoutInCell="1" allowOverlap="1">
                <wp:simplePos x="0" y="0"/>
                <wp:positionH relativeFrom="page">
                  <wp:posOffset>609600</wp:posOffset>
                </wp:positionH>
                <wp:positionV relativeFrom="page">
                  <wp:posOffset>6400800</wp:posOffset>
                </wp:positionV>
                <wp:extent cx="6337300" cy="3644900"/>
                <wp:wrapNone/>
                <wp:docPr id="1006" name="Response box 6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7300" cy="3644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 w:after="0" w:line="240" w:lineRule="auto"/>
                            </w:pPr>
                            <w:sdt>
                              <w:sdtPr>
                                <w:alias w:val="Page 9 response 3"/>
                                <w:id w:val="10028"/>
                                <w:showingPlcHdr/>
                                <w:text w:multiLine="1"/>
                              </w:sdtPr>
                              <w:sdtContent>
                                <w:r>
                                  <w:rPr>
                                    <w:rFonts w:ascii="Times New Roman" w:hAnsi="Times New Roman"/>
                                    <w:color w:val="000000"/>
                                    <w:sz w:val="20"/>
                                  </w:rPr>
                                  <w:t>Type your response here</w:t>
                                </w:r>
                              </w:sdtContent>
                            </w:sdt>
                          </w:p>
                        </w:txbxContent>
                      </wps:txbx>
                      <wps:bodyPr wrap="square" lIns="12700" tIns="0" rIns="1270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Answer28" alt="Page 9 response 3" style="position:absolute;margin-left:48pt;margin-top:504.00pt;width:499pt;height:287.00pt;z-index:128;mso-position-horizontal-relative:page;mso-position-vertical-relative:page;mso-wrap-style:none" filled="f" stroked="f" o:allowoverlap="t">
                <v:textbox inset="1pt,0pt,1pt,0pt" style="mso-fit-shape-to-text:f">
                  <w:txbxContent>
                    <w:p>
                      <w:pPr>
                        <w:spacing w:before="0" w:after="0" w:line="240" w:lineRule="auto"/>
                      </w:pPr>
                      <w:sdt>
                        <w:sdtPr>
                          <w:alias w:val="Page 9 response 3"/>
                          <w:id w:val="10028"/>
                          <w:showingPlcHdr/>
                          <w:text w:multiLine="1"/>
                        </w:sdtPr>
                        <w:sdtContent>
                          <w:r>
                            <w:rPr>
                              <w:rFonts w:ascii="Times New Roman" w:hAnsi="Times New Roman"/>
                              <w:color w:val="000000"/>
                              <w:sz w:val="20"/>
                            </w:rPr>
                            <w:t>Type your response here</w:t>
                          </w:r>
                        </w:sdtContent>
                      </w:sdt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ageBreakBefore/>
        <w:spacing w:line="20" w:lineRule="exact" w:after="0" w:before="0"/>
      </w:pPr>
      <w:r>
        <w:drawing>
          <wp:anchor distT="0" distB="0" distL="0" distR="0" simplePos="0" relativeHeight="0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850" cy="10696575"/>
            <wp:wrapNone/>
            <wp:docPr id="10" name="Picture 10" descr="Original award application form, page 10"/>
            <wp:cNvGraphicFramePr xmlns:a="http://schemas.openxmlformats.org/drawingml/2006/main">
              <a:graphicFrameLocks noChangeAspect="1"/>
            </wp:cNvGraphicFramePr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9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 xmlns:a="http://schemas.openxmlformats.org/drawingml/2006/main">
          <mc:Choice Requires="wps">
            <w:drawing>
              <wp:anchor distT="0" distB="0" distL="0" distR="0" simplePos="0" relativeHeight="1007" behindDoc="0" locked="1" layoutInCell="1" allowOverlap="1">
                <wp:simplePos x="0" y="0"/>
                <wp:positionH relativeFrom="page">
                  <wp:posOffset>609600</wp:posOffset>
                </wp:positionH>
                <wp:positionV relativeFrom="page">
                  <wp:posOffset>3009900</wp:posOffset>
                </wp:positionV>
                <wp:extent cx="6337300" cy="1130300"/>
                <wp:wrapNone/>
                <wp:docPr id="1007" name="Response box 7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7300" cy="1130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 w:after="0" w:line="240" w:lineRule="auto"/>
                            </w:pPr>
                            <w:sdt>
                              <w:sdtPr>
                                <w:alias w:val="Page 10 response 1"/>
                                <w:id w:val="10029"/>
                                <w:showingPlcHdr/>
                                <w:text w:multiLine="1"/>
                              </w:sdtPr>
                              <w:sdtContent>
                                <w:r>
                                  <w:rPr>
                                    <w:rFonts w:ascii="Times New Roman" w:hAnsi="Times New Roman"/>
                                    <w:color w:val="000000"/>
                                    <w:sz w:val="20"/>
                                  </w:rPr>
                                  <w:t>Type your response here</w:t>
                                </w:r>
                              </w:sdtContent>
                            </w:sdt>
                          </w:p>
                        </w:txbxContent>
                      </wps:txbx>
                      <wps:bodyPr wrap="square" lIns="12700" tIns="0" rIns="1270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Answer29" alt="Page 10 response 1" style="position:absolute;margin-left:48pt;margin-top:237.00pt;width:499pt;height:89.00pt;z-index:129;mso-position-horizontal-relative:page;mso-position-vertical-relative:page;mso-wrap-style:none" filled="f" stroked="f" o:allowoverlap="t">
                <v:textbox inset="1pt,0pt,1pt,0pt" style="mso-fit-shape-to-text:f">
                  <w:txbxContent>
                    <w:p>
                      <w:pPr>
                        <w:spacing w:before="0" w:after="0" w:line="240" w:lineRule="auto"/>
                      </w:pPr>
                      <w:sdt>
                        <w:sdtPr>
                          <w:alias w:val="Page 10 response 1"/>
                          <w:id w:val="10029"/>
                          <w:showingPlcHdr/>
                          <w:text w:multiLine="1"/>
                        </w:sdtPr>
                        <w:sdtContent>
                          <w:r>
                            <w:rPr>
                              <w:rFonts w:ascii="Times New Roman" w:hAnsi="Times New Roman"/>
                              <w:color w:val="000000"/>
                              <w:sz w:val="20"/>
                            </w:rPr>
                            <w:t>Type your response here</w:t>
                          </w:r>
                        </w:sdtContent>
                      </w:sdt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 xmlns:a="http://schemas.openxmlformats.org/drawingml/2006/main">
          <mc:Choice Requires="wps">
            <w:drawing>
              <wp:anchor distT="0" distB="0" distL="0" distR="0" simplePos="0" relativeHeight="1008" behindDoc="0" locked="1" layoutInCell="1" allowOverlap="1">
                <wp:simplePos x="0" y="0"/>
                <wp:positionH relativeFrom="page">
                  <wp:posOffset>609600</wp:posOffset>
                </wp:positionH>
                <wp:positionV relativeFrom="page">
                  <wp:posOffset>4622800</wp:posOffset>
                </wp:positionV>
                <wp:extent cx="6337300" cy="1181100"/>
                <wp:wrapNone/>
                <wp:docPr id="1008" name="Response box 8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7300" cy="1181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 w:after="0" w:line="240" w:lineRule="auto"/>
                            </w:pPr>
                            <w:sdt>
                              <w:sdtPr>
                                <w:alias w:val="Page 10 response 2"/>
                                <w:id w:val="10030"/>
                                <w:showingPlcHdr/>
                                <w:text w:multiLine="1"/>
                              </w:sdtPr>
                              <w:sdtContent>
                                <w:r>
                                  <w:rPr>
                                    <w:rFonts w:ascii="Times New Roman" w:hAnsi="Times New Roman"/>
                                    <w:color w:val="000000"/>
                                    <w:sz w:val="20"/>
                                  </w:rPr>
                                  <w:t>Type your response here</w:t>
                                </w:r>
                              </w:sdtContent>
                            </w:sdt>
                          </w:p>
                        </w:txbxContent>
                      </wps:txbx>
                      <wps:bodyPr wrap="square" lIns="12700" tIns="0" rIns="1270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Answer30" alt="Page 10 response 2" style="position:absolute;margin-left:48pt;margin-top:364.00pt;width:499pt;height:93.00pt;z-index:130;mso-position-horizontal-relative:page;mso-position-vertical-relative:page;mso-wrap-style:none" filled="f" stroked="f" o:allowoverlap="t">
                <v:textbox inset="1pt,0pt,1pt,0pt" style="mso-fit-shape-to-text:f">
                  <w:txbxContent>
                    <w:p>
                      <w:pPr>
                        <w:spacing w:before="0" w:after="0" w:line="240" w:lineRule="auto"/>
                      </w:pPr>
                      <w:sdt>
                        <w:sdtPr>
                          <w:alias w:val="Page 10 response 2"/>
                          <w:id w:val="10030"/>
                          <w:showingPlcHdr/>
                          <w:text w:multiLine="1"/>
                        </w:sdtPr>
                        <w:sdtContent>
                          <w:r>
                            <w:rPr>
                              <w:rFonts w:ascii="Times New Roman" w:hAnsi="Times New Roman"/>
                              <w:color w:val="000000"/>
                              <w:sz w:val="20"/>
                            </w:rPr>
                            <w:t>Type your response here</w:t>
                          </w:r>
                        </w:sdtContent>
                      </w:sdt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 xmlns:a="http://schemas.openxmlformats.org/drawingml/2006/main">
          <mc:Choice Requires="wps">
            <w:drawing>
              <wp:anchor distT="0" distB="0" distL="0" distR="0" simplePos="0" relativeHeight="1009" behindDoc="0" locked="1" layoutInCell="1" allowOverlap="1">
                <wp:simplePos x="0" y="0"/>
                <wp:positionH relativeFrom="page">
                  <wp:posOffset>609600</wp:posOffset>
                </wp:positionH>
                <wp:positionV relativeFrom="page">
                  <wp:posOffset>6070600</wp:posOffset>
                </wp:positionV>
                <wp:extent cx="6337300" cy="1092200"/>
                <wp:wrapNone/>
                <wp:docPr id="1009" name="Response box 9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7300" cy="1092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 w:after="0" w:line="240" w:lineRule="auto"/>
                            </w:pPr>
                            <w:sdt>
                              <w:sdtPr>
                                <w:alias w:val="Page 10 response 3"/>
                                <w:id w:val="10031"/>
                                <w:showingPlcHdr/>
                                <w:text w:multiLine="1"/>
                              </w:sdtPr>
                              <w:sdtContent>
                                <w:r>
                                  <w:rPr>
                                    <w:rFonts w:ascii="Times New Roman" w:hAnsi="Times New Roman"/>
                                    <w:color w:val="000000"/>
                                    <w:sz w:val="20"/>
                                  </w:rPr>
                                  <w:t>Type your response here</w:t>
                                </w:r>
                              </w:sdtContent>
                            </w:sdt>
                          </w:p>
                        </w:txbxContent>
                      </wps:txbx>
                      <wps:bodyPr wrap="square" lIns="12700" tIns="0" rIns="1270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Answer31" alt="Page 10 response 3" style="position:absolute;margin-left:48pt;margin-top:478.00pt;width:499pt;height:86.00pt;z-index:131;mso-position-horizontal-relative:page;mso-position-vertical-relative:page;mso-wrap-style:none" filled="f" stroked="f" o:allowoverlap="t">
                <v:textbox inset="1pt,0pt,1pt,0pt" style="mso-fit-shape-to-text:f">
                  <w:txbxContent>
                    <w:p>
                      <w:pPr>
                        <w:spacing w:before="0" w:after="0" w:line="240" w:lineRule="auto"/>
                      </w:pPr>
                      <w:sdt>
                        <w:sdtPr>
                          <w:alias w:val="Page 10 response 3"/>
                          <w:id w:val="10031"/>
                          <w:showingPlcHdr/>
                          <w:text w:multiLine="1"/>
                        </w:sdtPr>
                        <w:sdtContent>
                          <w:r>
                            <w:rPr>
                              <w:rFonts w:ascii="Times New Roman" w:hAnsi="Times New Roman"/>
                              <w:color w:val="000000"/>
                              <w:sz w:val="20"/>
                            </w:rPr>
                            <w:t>Type your response here</w:t>
                          </w:r>
                        </w:sdtContent>
                      </w:sdt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 xmlns:a="http://schemas.openxmlformats.org/drawingml/2006/main">
          <mc:Choice Requires="wps">
            <w:drawing>
              <wp:anchor distT="0" distB="0" distL="0" distR="0" simplePos="0" relativeHeight="1010" behindDoc="0" locked="1" layoutInCell="1" allowOverlap="1">
                <wp:simplePos x="0" y="0"/>
                <wp:positionH relativeFrom="page">
                  <wp:posOffset>609600</wp:posOffset>
                </wp:positionH>
                <wp:positionV relativeFrom="page">
                  <wp:posOffset>7645400</wp:posOffset>
                </wp:positionV>
                <wp:extent cx="6337300" cy="2400300"/>
                <wp:wrapNone/>
                <wp:docPr id="1010" name="Response box 10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7300" cy="2400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 w:after="0" w:line="240" w:lineRule="auto"/>
                            </w:pPr>
                            <w:sdt>
                              <w:sdtPr>
                                <w:alias w:val="Page 10 response 4"/>
                                <w:id w:val="10032"/>
                                <w:showingPlcHdr/>
                                <w:text w:multiLine="1"/>
                              </w:sdtPr>
                              <w:sdtContent>
                                <w:r>
                                  <w:rPr>
                                    <w:rFonts w:ascii="Times New Roman" w:hAnsi="Times New Roman"/>
                                    <w:color w:val="000000"/>
                                    <w:sz w:val="20"/>
                                  </w:rPr>
                                  <w:t>Type your response here</w:t>
                                </w:r>
                              </w:sdtContent>
                            </w:sdt>
                          </w:p>
                        </w:txbxContent>
                      </wps:txbx>
                      <wps:bodyPr wrap="square" lIns="12700" tIns="0" rIns="1270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Answer32" alt="Page 10 response 4" style="position:absolute;margin-left:48pt;margin-top:602.00pt;width:499pt;height:189.00pt;z-index:132;mso-position-horizontal-relative:page;mso-position-vertical-relative:page;mso-wrap-style:none" filled="f" stroked="f" o:allowoverlap="t">
                <v:textbox inset="1pt,0pt,1pt,0pt" style="mso-fit-shape-to-text:f">
                  <w:txbxContent>
                    <w:p>
                      <w:pPr>
                        <w:spacing w:before="0" w:after="0" w:line="240" w:lineRule="auto"/>
                      </w:pPr>
                      <w:sdt>
                        <w:sdtPr>
                          <w:alias w:val="Page 10 response 4"/>
                          <w:id w:val="10032"/>
                          <w:showingPlcHdr/>
                          <w:text w:multiLine="1"/>
                        </w:sdtPr>
                        <w:sdtContent>
                          <w:r>
                            <w:rPr>
                              <w:rFonts w:ascii="Times New Roman" w:hAnsi="Times New Roman"/>
                              <w:color w:val="000000"/>
                              <w:sz w:val="20"/>
                            </w:rPr>
                            <w:t>Type your response here</w:t>
                          </w:r>
                        </w:sdtContent>
                      </w:sdt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ageBreakBefore/>
        <w:spacing w:line="20" w:lineRule="exact" w:after="0" w:before="0"/>
      </w:pPr>
      <w:r>
        <w:drawing>
          <wp:anchor distT="0" distB="0" distL="0" distR="0" simplePos="0" relativeHeight="0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850" cy="10696575"/>
            <wp:wrapNone/>
            <wp:docPr id="11" name="Picture 11" descr="Original award application form, page 11"/>
            <wp:cNvGraphicFramePr xmlns:a="http://schemas.openxmlformats.org/drawingml/2006/main">
              <a:graphicFrameLocks noChangeAspect="1"/>
            </wp:cNvGraphicFramePr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96575"/>
                    </a:xfrm>
                    <a:prstGeom prst="rect"/>
                  </pic:spPr>
                </pic:pic>
              </a:graphicData>
            </a:graphic>
          </wp:anchor>
        </w:drawing>
      </w:r>
    </w:p>
    <w:sectPr w:rsidR="00FC693F" w:rsidRPr="0006063C" w:rsidSect="00034616">
      <w:pgSz w:w="11910" w:h="16845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oNotAutoCompressPicture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 NZRSERH Awards Road Safety Application Form</dc:title>
  <dc:subject/>
  <dc:creator>National Road Trauma Centre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