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ageBreakBefore w:val="0"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" name="Picture 1" descr="Original award application form, page 1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2" name="Picture 2" descr="Original award application form, page 2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3" name="Picture 3" descr="Original award application form, page 3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4" name="Picture 4" descr="Original award application form, page 4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5" name="Picture 5" descr="Original award application form, page 5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6" name="Picture 6" descr="Original award application form, page 6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w:pict>
          <v:rect id="Answer1" alt="Title (Mr, Mrs, Ms, Dr, Prof, etc.)" style="position:absolute;margin-left:48pt;margin-top:147.92pt;width:499pt;height:17.35pt;z-index:101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Title (Mr, Mrs, Ms, Dr, Prof, etc.)"/>
                      <w:id w:val="10001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2" alt="Surname" style="position:absolute;margin-left:48pt;margin-top:183.95pt;width:499pt;height:19.84pt;z-index:102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Surname"/>
                      <w:id w:val="10002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3" alt="Given Names" style="position:absolute;margin-left:48pt;margin-top:222.47pt;width:499pt;height:15.42pt;z-index:103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Given Names"/>
                      <w:id w:val="10003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4" alt="Organisation/ Business Name" style="position:absolute;margin-left:48pt;margin-top:256.56pt;width:499pt;height:15.42pt;z-index:104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Organisation/ Business Name"/>
                      <w:id w:val="10004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5" alt="Position Title" style="position:absolute;margin-left:48pt;margin-top:290.65pt;width:499pt;height:20.50pt;z-index:105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osition Title"/>
                      <w:id w:val="10005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6" alt="Postal Address" style="position:absolute;margin-left:48pt;margin-top:329.83pt;width:499pt;height:17.65pt;z-index:106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ostal Address"/>
                      <w:id w:val="10006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7" alt="Suburb/City/Postcode" style="position:absolute;margin-left:48pt;margin-top:366.16pt;width:499pt;height:17.86pt;z-index:107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Suburb/City/Postcode"/>
                      <w:id w:val="10007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8" alt="Email" style="position:absolute;margin-left:48pt;margin-top:402.69pt;width:499pt;height:17.86pt;z-index:108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Email"/>
                      <w:id w:val="10008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9" alt="Mobile" style="position:absolute;margin-left:48pt;margin-top:439.22pt;width:499pt;height:17.86pt;z-index:109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Mobile"/>
                      <w:id w:val="10009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0" alt="Other Phone" style="position:absolute;margin-left:48pt;margin-top:475.76pt;width:499pt;height:20.50pt;z-index:110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Other Phone"/>
                      <w:id w:val="10010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1" alt="Preference of Contact Home Phone / Mobile / Email" style="position:absolute;margin-left:48pt;margin-top:514.93pt;width:499pt;height:20.39pt;z-index:111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reference of Contact Home Phone / Mobile / Email"/>
                      <w:id w:val="10011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7" name="Picture 7" descr="Original award application form, page 7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w:pict>
          <v:rect id="Answer12" alt="Title (Mr, Mrs, Ms, Dr, Prof, etc.)" style="position:absolute;margin-left:48pt;margin-top:149.06pt;width:499pt;height:16.31pt;z-index:112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Title (Mr, Mrs, Ms, Dr, Prof, etc.)"/>
                      <w:id w:val="10012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3" alt="Surname" style="position:absolute;margin-left:48pt;margin-top:184.61pt;width:499pt;height:19.28pt;z-index:113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Surname"/>
                      <w:id w:val="10013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4" alt="Given Names" style="position:absolute;margin-left:48pt;margin-top:223.13pt;width:499pt;height:28.93pt;z-index:114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Given Names"/>
                      <w:id w:val="10014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5" alt="Organisation/ Business Name" style="position:absolute;margin-left:48pt;margin-top:271.29pt;width:499pt;height:29.18pt;z-index:115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Organisation/ Business Name"/>
                      <w:id w:val="10015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6" alt="Position Title" style="position:absolute;margin-left:48pt;margin-top:319.70pt;width:499pt;height:29.18pt;z-index:116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osition Title"/>
                      <w:id w:val="10016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7" alt="Postal Address" style="position:absolute;margin-left:48pt;margin-top:368.12pt;width:499pt;height:29.18pt;z-index:117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ostal Address"/>
                      <w:id w:val="10017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8" alt="Suburb/City/Postcode" style="position:absolute;margin-left:48pt;margin-top:416.54pt;width:499pt;height:19.15pt;z-index:118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Suburb/City/Postcode"/>
                      <w:id w:val="10018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9" alt="Email" style="position:absolute;margin-left:48pt;margin-top:454.93pt;width:499pt;height:19.28pt;z-index:119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Email"/>
                      <w:id w:val="10019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20" alt="Mobile" style="position:absolute;margin-left:48pt;margin-top:493.44pt;width:499pt;height:19.28pt;z-index:120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Mobile"/>
                      <w:id w:val="10020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21" alt="Other Phone" style="position:absolute;margin-left:48pt;margin-top:531.96pt;width:499pt;height:21.97pt;z-index:121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Other Phone"/>
                      <w:id w:val="10021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22" alt="Preference of Contact Home Phone / Mobile / Email" style="position:absolute;margin-left:48pt;margin-top:573.17pt;width:499pt;height:21.92pt;z-index:122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reference of Contact Home Phone / Mobile / Email"/>
                      <w:id w:val="10022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8" name="Picture 8" descr="Original award application form, page 8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9" name="Picture 9" descr="Original award application form, page 9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1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2857500</wp:posOffset>
                </wp:positionV>
                <wp:extent cx="6337300" cy="939800"/>
                <wp:wrapNone/>
                <wp:docPr id="1001" name="Response box 1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93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9 response 1"/>
                                <w:id w:val="10023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3" alt="Page 9 response 1" style="position:absolute;margin-left:48pt;margin-top:225.00pt;width:499pt;height:74.00pt;z-index:123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9 response 1"/>
                          <w:id w:val="10023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2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4064000</wp:posOffset>
                </wp:positionV>
                <wp:extent cx="6337300" cy="330200"/>
                <wp:wrapNone/>
                <wp:docPr id="1002" name="Response box 2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9 response 2"/>
                                <w:id w:val="10024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4" alt="Page 9 response 2" style="position:absolute;margin-left:48pt;margin-top:320.00pt;width:499pt;height:26.00pt;z-index:124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9 response 2"/>
                          <w:id w:val="10024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3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5524500</wp:posOffset>
                </wp:positionV>
                <wp:extent cx="6337300" cy="4521200"/>
                <wp:wrapNone/>
                <wp:docPr id="1003" name="Response box 3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452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9 response 3"/>
                                <w:id w:val="10025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5" alt="Page 9 response 3" style="position:absolute;margin-left:48pt;margin-top:435.00pt;width:499pt;height:356.00pt;z-index:125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9 response 3"/>
                          <w:id w:val="10025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0" name="Picture 10" descr="Original award application form, page 10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4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2921000</wp:posOffset>
                </wp:positionV>
                <wp:extent cx="6337300" cy="520700"/>
                <wp:wrapNone/>
                <wp:docPr id="1004" name="Response box 4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52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0 response 1"/>
                                <w:id w:val="10026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6" alt="Page 10 response 1" style="position:absolute;margin-left:48pt;margin-top:230.00pt;width:499pt;height:41.00pt;z-index:126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0 response 1"/>
                          <w:id w:val="10026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5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3708400</wp:posOffset>
                </wp:positionV>
                <wp:extent cx="6337300" cy="939800"/>
                <wp:wrapNone/>
                <wp:docPr id="1005" name="Response box 5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93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0 response 2"/>
                                <w:id w:val="10027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7" alt="Page 10 response 2" style="position:absolute;margin-left:48pt;margin-top:292.00pt;width:499pt;height:74.00pt;z-index:127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0 response 2"/>
                          <w:id w:val="10027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6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5118100</wp:posOffset>
                </wp:positionV>
                <wp:extent cx="6337300" cy="749300"/>
                <wp:wrapNone/>
                <wp:docPr id="1006" name="Response box 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74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0 response 3"/>
                                <w:id w:val="10028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8" alt="Page 10 response 3" style="position:absolute;margin-left:48pt;margin-top:403.00pt;width:499pt;height:59.00pt;z-index:128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0 response 3"/>
                          <w:id w:val="10028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7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6324600</wp:posOffset>
                </wp:positionV>
                <wp:extent cx="6337300" cy="1041400"/>
                <wp:wrapNone/>
                <wp:docPr id="1007" name="Response box 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1041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0 response 4"/>
                                <w:id w:val="10029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9" alt="Page 10 response 4" style="position:absolute;margin-left:48pt;margin-top:498.00pt;width:499pt;height:82.00pt;z-index:129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0 response 4"/>
                          <w:id w:val="10029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8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7632700</wp:posOffset>
                </wp:positionV>
                <wp:extent cx="6337300" cy="2413000"/>
                <wp:wrapNone/>
                <wp:docPr id="1008" name="Response box 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241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0 response 5"/>
                                <w:id w:val="10030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30" alt="Page 10 response 5" style="position:absolute;margin-left:48pt;margin-top:601.00pt;width:499pt;height:190.00pt;z-index:130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0 response 5"/>
                          <w:id w:val="10030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1" name="Picture 11" descr="Original award application form, page 11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9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2298700</wp:posOffset>
                </wp:positionV>
                <wp:extent cx="6337300" cy="7747000"/>
                <wp:wrapNone/>
                <wp:docPr id="1009" name="Response box 9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774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1 response 1"/>
                                <w:id w:val="10031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31" alt="Page 11 response 1" style="position:absolute;margin-left:48pt;margin-top:181.00pt;width:499pt;height:610.00pt;z-index:131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1 response 1"/>
                          <w:id w:val="10031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2" name="Picture 12" descr="Original award application form, page 12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 xmlns:a="http://schemas.openxmlformats.org/drawingml/2006/main">
          <mc:Choice Requires="wps">
            <w:drawing>
              <wp:anchor distT="0" distB="0" distL="0" distR="0" simplePos="0" relativeHeight="1010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3556000</wp:posOffset>
                </wp:positionV>
                <wp:extent cx="6337300" cy="6489700"/>
                <wp:wrapNone/>
                <wp:docPr id="1010" name="Response box 10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648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2 response 1"/>
                                <w:id w:val="10032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32" alt="Page 12 response 1" style="position:absolute;margin-left:48pt;margin-top:280.00pt;width:499pt;height:511.00pt;z-index:132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2 response 1"/>
                          <w:id w:val="10032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3" name="Picture 13" descr="Original award application form, page 13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4" name="Picture 14" descr="Original award application form, page 14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 xmlns:a="http://schemas.openxmlformats.org/drawingml/2006/main">
          <mc:Choice Requires="wps">
            <w:drawing>
              <wp:anchor distT="0" distB="0" distL="0" distR="0" simplePos="0" relativeHeight="1011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2413000</wp:posOffset>
                </wp:positionV>
                <wp:extent cx="6337300" cy="7632700"/>
                <wp:wrapNone/>
                <wp:docPr id="1011" name="Response box 11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763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4 response 1"/>
                                <w:id w:val="10033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33" alt="Page 14 response 1" style="position:absolute;margin-left:48pt;margin-top:190.00pt;width:499pt;height:601.00pt;z-index:133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4 response 1"/>
                          <w:id w:val="10033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5" name="Picture 15" descr="Original award application form, page 15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sectPr w:rsidR="00FC693F" w:rsidRPr="0006063C" w:rsidSect="00034616">
      <w:pgSz w:w="11910" w:h="16845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oNotAutoCompressPicture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 NZRSERH Awards Emergency Response and Healthcare Application Form</dc:title>
  <dc:subject/>
  <dc:creator>National Road Trauma Centre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