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ageBreakBefore w:val="0"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" name="Picture 1" descr="Original award application form, page 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2" name="Picture 2" descr="Original award application form, page 2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3" name="Picture 3" descr="Original award application form, page 3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4" name="Picture 4" descr="Original award application form, page 4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5" name="Picture 5" descr="Original award application form, page 5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" alt="Title (Mr, Mrs, Ms, Dr, Prof, etc.)" style="position:absolute;margin-left:48pt;margin-top:147.92pt;width:499pt;height:17.35pt;z-index:10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0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" alt="Surname" style="position:absolute;margin-left:48pt;margin-top:183.95pt;width:499pt;height:19.84pt;z-index:10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0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3" alt="Given Names" style="position:absolute;margin-left:48pt;margin-top:222.47pt;width:499pt;height:15.42pt;z-index:10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0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4" alt="Organisation/ Business Name" style="position:absolute;margin-left:48pt;margin-top:256.56pt;width:499pt;height:15.42pt;z-index:10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0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5" alt="Position Title" style="position:absolute;margin-left:48pt;margin-top:290.65pt;width:499pt;height:20.50pt;z-index:10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0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6" alt="Postal Address" style="position:absolute;margin-left:48pt;margin-top:329.83pt;width:499pt;height:17.65pt;z-index:10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0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7" alt="Suburb/City/Postcode" style="position:absolute;margin-left:48pt;margin-top:366.16pt;width:499pt;height:17.86pt;z-index:10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0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8" alt="Email" style="position:absolute;margin-left:48pt;margin-top:402.69pt;width:499pt;height:17.86pt;z-index:10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0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9" alt="Mobile" style="position:absolute;margin-left:48pt;margin-top:439.22pt;width:499pt;height:17.86pt;z-index:10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0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0" alt="Other Phone" style="position:absolute;margin-left:48pt;margin-top:475.76pt;width:499pt;height:20.50pt;z-index:11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1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1" alt="Preference of Contact Home Phone / Mobile / Email" style="position:absolute;margin-left:48pt;margin-top:514.93pt;width:499pt;height:20.39pt;z-index:11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1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6" name="Picture 6" descr="Original award application form, page 6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2" alt="Title (Mr, Mrs, Ms, Dr, Prof, etc.)" style="position:absolute;margin-left:48pt;margin-top:147.92pt;width:499pt;height:17.35pt;z-index:11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1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3" alt="Surname" style="position:absolute;margin-left:48pt;margin-top:183.95pt;width:499pt;height:19.84pt;z-index:11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1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4" alt="Given Names" style="position:absolute;margin-left:48pt;margin-top:222.47pt;width:499pt;height:15.42pt;z-index:11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1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5" alt="Organisation/ Business Name" style="position:absolute;margin-left:48pt;margin-top:256.56pt;width:499pt;height:15.42pt;z-index:11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1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6" alt="Position Title" style="position:absolute;margin-left:48pt;margin-top:290.65pt;width:499pt;height:20.50pt;z-index:11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1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7" alt="Postal Address" style="position:absolute;margin-left:48pt;margin-top:329.83pt;width:499pt;height:17.65pt;z-index:11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1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8" alt="Suburb/City/Postcode" style="position:absolute;margin-left:48pt;margin-top:366.16pt;width:499pt;height:17.86pt;z-index:11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1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9" alt="Email" style="position:absolute;margin-left:48pt;margin-top:402.69pt;width:499pt;height:17.86pt;z-index:11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1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0" alt="Mobile" style="position:absolute;margin-left:48pt;margin-top:439.22pt;width:499pt;height:17.86pt;z-index:12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2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1" alt="Other Phone" style="position:absolute;margin-left:48pt;margin-top:475.76pt;width:499pt;height:20.50pt;z-index:12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2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2" alt="Preference of Contact Home Phone / Mobile / Email" style="position:absolute;margin-left:48pt;margin-top:514.93pt;width:499pt;height:20.39pt;z-index:12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2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1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8953500</wp:posOffset>
                </wp:positionV>
                <wp:extent cx="6337300" cy="1092200"/>
                <wp:wrapNone/>
                <wp:docPr id="1001" name="Response box 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Award nomination notification preference"/>
                                <w:id w:val="10023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3" alt="Award nomination notification preference" style="position:absolute;margin-left:48pt;margin-top:705.00pt;width:499pt;height:86.00pt;z-index:123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Award nomination notification preference"/>
                          <w:id w:val="10023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7" name="Picture 7" descr="Original award application form, page 7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8" name="Picture 8" descr="Original award application form, page 8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2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4521200</wp:posOffset>
                </wp:positionV>
                <wp:extent cx="6337300" cy="1803400"/>
                <wp:wrapNone/>
                <wp:docPr id="1002" name="Response box 2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8 response 1"/>
                                <w:id w:val="10024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4" alt="Page 8 response 1" style="position:absolute;margin-left:48pt;margin-top:356.00pt;width:499pt;height:142.00pt;z-index:124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8 response 1"/>
                          <w:id w:val="10024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3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6591300</wp:posOffset>
                </wp:positionV>
                <wp:extent cx="6337300" cy="3454400"/>
                <wp:wrapNone/>
                <wp:docPr id="1003" name="Response box 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345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8 response 2"/>
                                <w:id w:val="10025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5" alt="Page 8 response 2" style="position:absolute;margin-left:48pt;margin-top:519.00pt;width:499pt;height:272.00pt;z-index:125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8 response 2"/>
                          <w:id w:val="10025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9" name="Picture 9" descr="Original award application form, page 9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4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4305300</wp:posOffset>
                </wp:positionV>
                <wp:extent cx="6337300" cy="5740400"/>
                <wp:wrapNone/>
                <wp:docPr id="1004" name="Response box 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574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1"/>
                                <w:id w:val="10026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6" alt="Page 9 response 1" style="position:absolute;margin-left:48pt;margin-top:339.00pt;width:499pt;height:452.00pt;z-index:126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1"/>
                          <w:id w:val="10026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0" name="Picture 10" descr="Original award application form, page 10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5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2921000</wp:posOffset>
                </wp:positionV>
                <wp:extent cx="6337300" cy="7124700"/>
                <wp:wrapNone/>
                <wp:docPr id="1005" name="Response box 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12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1"/>
                                <w:id w:val="10027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7" alt="Page 10 response 1" style="position:absolute;margin-left:48pt;margin-top:230.00pt;width:499pt;height:561.00pt;z-index:127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1"/>
                          <w:id w:val="10027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1" name="Picture 11" descr="Original award application form, page 1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6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5473700</wp:posOffset>
                </wp:positionV>
                <wp:extent cx="6337300" cy="2171700"/>
                <wp:wrapNone/>
                <wp:docPr id="1006" name="Response box 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1 response 1"/>
                                <w:id w:val="10028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8" alt="Page 11 response 1" style="position:absolute;margin-left:48pt;margin-top:431.00pt;width:499pt;height:171.00pt;z-index:128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1 response 1"/>
                          <w:id w:val="10028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7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7912100</wp:posOffset>
                </wp:positionV>
                <wp:extent cx="6337300" cy="2133600"/>
                <wp:wrapNone/>
                <wp:docPr id="1007" name="Response box 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213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1 response 2"/>
                                <w:id w:val="10029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9" alt="Page 11 response 2" style="position:absolute;margin-left:48pt;margin-top:623.00pt;width:499pt;height:168.00pt;z-index:129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1 response 2"/>
                          <w:id w:val="10029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2" name="Picture 12" descr="Original award application form, page 12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8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2692400</wp:posOffset>
                </wp:positionV>
                <wp:extent cx="6337300" cy="7353300"/>
                <wp:wrapNone/>
                <wp:docPr id="1008" name="Response box 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35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2 response 1"/>
                                <w:id w:val="10030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0" alt="Page 12 response 1" style="position:absolute;margin-left:48pt;margin-top:212.00pt;width:499pt;height:579.00pt;z-index:130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2 response 1"/>
                          <w:id w:val="10030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3" name="Picture 13" descr="Original award application form, page 13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9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2819400</wp:posOffset>
                </wp:positionV>
                <wp:extent cx="6337300" cy="7226300"/>
                <wp:wrapNone/>
                <wp:docPr id="1009" name="Response box 9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22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3 response 1"/>
                                <w:id w:val="10031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1" alt="Page 13 response 1" style="position:absolute;margin-left:48pt;margin-top:222.00pt;width:499pt;height:569.00pt;z-index:131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3 response 1"/>
                          <w:id w:val="10031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4" name="Picture 14" descr="Original award application form, page 14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sectPr w:rsidR="00FC693F" w:rsidRPr="0006063C" w:rsidSect="00034616">
      <w:pgSz w:w="11910" w:h="16845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oNotAutoCompressPicture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NZRSERH Awards Community Service Application Form</dc:title>
  <dc:subject/>
  <dc:creator>National Road Trauma Centre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